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CHECKLIST PENELITIAN TESIS S2</w:t>
      </w:r>
    </w:p>
    <w:p>
      <w:r>
        <w:t>Gunakan kolom cek untuk memantau progres penelitian tesis.</w:t>
      </w:r>
    </w:p>
    <w:p>
      <w:pPr>
        <w:pStyle w:val="Heading2"/>
      </w:pPr>
      <w:r>
        <w:t>A. Tahap Persiapan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880"/>
        <w:gridCol w:w="2880"/>
        <w:gridCol w:w="2880"/>
      </w:tblGrid>
      <w:tr>
        <w:tc>
          <w:tcPr>
            <w:tcW w:type="dxa" w:w="2880"/>
          </w:tcPr>
          <w:p>
            <w:r>
              <w:t>No</w:t>
            </w:r>
          </w:p>
        </w:tc>
        <w:tc>
          <w:tcPr>
            <w:tcW w:type="dxa" w:w="2880"/>
          </w:tcPr>
          <w:p>
            <w:r>
              <w:t>Uraian Kegiatan</w:t>
            </w:r>
          </w:p>
        </w:tc>
        <w:tc>
          <w:tcPr>
            <w:tcW w:type="dxa" w:w="2880"/>
          </w:tcPr>
          <w:p>
            <w:r>
              <w:t>Cek</w:t>
            </w:r>
          </w:p>
        </w:tc>
      </w:tr>
      <w:tr>
        <w:tc>
          <w:tcPr>
            <w:tcW w:type="dxa" w:w="2880"/>
          </w:tcPr>
          <w:p>
            <w:r>
              <w:t>1</w:t>
            </w:r>
          </w:p>
        </w:tc>
        <w:tc>
          <w:tcPr>
            <w:tcW w:type="dxa" w:w="2880"/>
          </w:tcPr>
          <w:p>
            <w:r>
              <w:t>Menentukan judul penelitian</w:t>
            </w:r>
          </w:p>
        </w:tc>
        <w:tc>
          <w:tcPr>
            <w:tcW w:type="dxa" w:w="2880"/>
          </w:tcPr>
          <w:p>
            <w:r>
              <w:t>☐</w:t>
            </w:r>
          </w:p>
        </w:tc>
      </w:tr>
      <w:tr>
        <w:tc>
          <w:tcPr>
            <w:tcW w:type="dxa" w:w="2880"/>
          </w:tcPr>
          <w:p>
            <w:r>
              <w:t>2</w:t>
            </w:r>
          </w:p>
        </w:tc>
        <w:tc>
          <w:tcPr>
            <w:tcW w:type="dxa" w:w="2880"/>
          </w:tcPr>
          <w:p>
            <w:r>
              <w:t>Menentukan fokus dan batasan masalah</w:t>
            </w:r>
          </w:p>
        </w:tc>
        <w:tc>
          <w:tcPr>
            <w:tcW w:type="dxa" w:w="2880"/>
          </w:tcPr>
          <w:p>
            <w:r>
              <w:t>☐</w:t>
            </w:r>
          </w:p>
        </w:tc>
      </w:tr>
      <w:tr>
        <w:tc>
          <w:tcPr>
            <w:tcW w:type="dxa" w:w="2880"/>
          </w:tcPr>
          <w:p>
            <w:r>
              <w:t>3</w:t>
            </w:r>
          </w:p>
        </w:tc>
        <w:tc>
          <w:tcPr>
            <w:tcW w:type="dxa" w:w="2880"/>
          </w:tcPr>
          <w:p>
            <w:r>
              <w:t>Menyusun latar belakang penelitian</w:t>
            </w:r>
          </w:p>
        </w:tc>
        <w:tc>
          <w:tcPr>
            <w:tcW w:type="dxa" w:w="2880"/>
          </w:tcPr>
          <w:p>
            <w:r>
              <w:t>☐</w:t>
            </w:r>
          </w:p>
        </w:tc>
      </w:tr>
      <w:tr>
        <w:tc>
          <w:tcPr>
            <w:tcW w:type="dxa" w:w="2880"/>
          </w:tcPr>
          <w:p>
            <w:r>
              <w:t>4</w:t>
            </w:r>
          </w:p>
        </w:tc>
        <w:tc>
          <w:tcPr>
            <w:tcW w:type="dxa" w:w="2880"/>
          </w:tcPr>
          <w:p>
            <w:r>
              <w:t>Menyusun rumusan masalah</w:t>
            </w:r>
          </w:p>
        </w:tc>
        <w:tc>
          <w:tcPr>
            <w:tcW w:type="dxa" w:w="2880"/>
          </w:tcPr>
          <w:p>
            <w:r>
              <w:t>☐</w:t>
            </w:r>
          </w:p>
        </w:tc>
      </w:tr>
      <w:tr>
        <w:tc>
          <w:tcPr>
            <w:tcW w:type="dxa" w:w="2880"/>
          </w:tcPr>
          <w:p>
            <w:r>
              <w:t>5</w:t>
            </w:r>
          </w:p>
        </w:tc>
        <w:tc>
          <w:tcPr>
            <w:tcW w:type="dxa" w:w="2880"/>
          </w:tcPr>
          <w:p>
            <w:r>
              <w:t>Menentukan tujuan penelitian</w:t>
            </w:r>
          </w:p>
        </w:tc>
        <w:tc>
          <w:tcPr>
            <w:tcW w:type="dxa" w:w="2880"/>
          </w:tcPr>
          <w:p>
            <w:r>
              <w:t>☐</w:t>
            </w:r>
          </w:p>
        </w:tc>
      </w:tr>
      <w:tr>
        <w:tc>
          <w:tcPr>
            <w:tcW w:type="dxa" w:w="2880"/>
          </w:tcPr>
          <w:p>
            <w:r>
              <w:t>6</w:t>
            </w:r>
          </w:p>
        </w:tc>
        <w:tc>
          <w:tcPr>
            <w:tcW w:type="dxa" w:w="2880"/>
          </w:tcPr>
          <w:p>
            <w:r>
              <w:t>Menentukan manfaat penelitian</w:t>
            </w:r>
          </w:p>
        </w:tc>
        <w:tc>
          <w:tcPr>
            <w:tcW w:type="dxa" w:w="2880"/>
          </w:tcPr>
          <w:p>
            <w:r>
              <w:t>☐</w:t>
            </w:r>
          </w:p>
        </w:tc>
      </w:tr>
      <w:tr>
        <w:tc>
          <w:tcPr>
            <w:tcW w:type="dxa" w:w="2880"/>
          </w:tcPr>
          <w:p>
            <w:r>
              <w:t>7</w:t>
            </w:r>
          </w:p>
        </w:tc>
        <w:tc>
          <w:tcPr>
            <w:tcW w:type="dxa" w:w="2880"/>
          </w:tcPr>
          <w:p>
            <w:r>
              <w:t>Menentukan teori dan konsep yang digunakan</w:t>
            </w:r>
          </w:p>
        </w:tc>
        <w:tc>
          <w:tcPr>
            <w:tcW w:type="dxa" w:w="2880"/>
          </w:tcPr>
          <w:p>
            <w:r>
              <w:t>☐</w:t>
            </w:r>
          </w:p>
        </w:tc>
      </w:tr>
      <w:tr>
        <w:tc>
          <w:tcPr>
            <w:tcW w:type="dxa" w:w="2880"/>
          </w:tcPr>
          <w:p>
            <w:r>
              <w:t>8</w:t>
            </w:r>
          </w:p>
        </w:tc>
        <w:tc>
          <w:tcPr>
            <w:tcW w:type="dxa" w:w="2880"/>
          </w:tcPr>
          <w:p>
            <w:r>
              <w:t>Menyusun kerangka pemikiran</w:t>
            </w:r>
          </w:p>
        </w:tc>
        <w:tc>
          <w:tcPr>
            <w:tcW w:type="dxa" w:w="2880"/>
          </w:tcPr>
          <w:p>
            <w:r>
              <w:t>☐</w:t>
            </w:r>
          </w:p>
        </w:tc>
      </w:tr>
      <w:tr>
        <w:tc>
          <w:tcPr>
            <w:tcW w:type="dxa" w:w="2880"/>
          </w:tcPr>
          <w:p>
            <w:r>
              <w:t>9</w:t>
            </w:r>
          </w:p>
        </w:tc>
        <w:tc>
          <w:tcPr>
            <w:tcW w:type="dxa" w:w="2880"/>
          </w:tcPr>
          <w:p>
            <w:r>
              <w:t>Menyusun proposal penelitian</w:t>
            </w:r>
          </w:p>
        </w:tc>
        <w:tc>
          <w:tcPr>
            <w:tcW w:type="dxa" w:w="2880"/>
          </w:tcPr>
          <w:p>
            <w:r>
              <w:t>☐</w:t>
            </w:r>
          </w:p>
        </w:tc>
      </w:tr>
      <w:tr>
        <w:tc>
          <w:tcPr>
            <w:tcW w:type="dxa" w:w="2880"/>
          </w:tcPr>
          <w:p>
            <w:r>
              <w:t>10</w:t>
            </w:r>
          </w:p>
        </w:tc>
        <w:tc>
          <w:tcPr>
            <w:tcW w:type="dxa" w:w="2880"/>
          </w:tcPr>
          <w:p>
            <w:r>
              <w:t>Seminar proposal dan perbaikan proposal</w:t>
            </w:r>
          </w:p>
        </w:tc>
        <w:tc>
          <w:tcPr>
            <w:tcW w:type="dxa" w:w="2880"/>
          </w:tcPr>
          <w:p>
            <w:r>
              <w:t>☐</w:t>
            </w:r>
          </w:p>
        </w:tc>
      </w:tr>
    </w:tbl>
    <w:p/>
    <w:p>
      <w:pPr>
        <w:pStyle w:val="Heading2"/>
      </w:pPr>
      <w:r>
        <w:t>B. Tahap Administrasi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880"/>
        <w:gridCol w:w="2880"/>
        <w:gridCol w:w="2880"/>
      </w:tblGrid>
      <w:tr>
        <w:tc>
          <w:tcPr>
            <w:tcW w:type="dxa" w:w="2880"/>
          </w:tcPr>
          <w:p>
            <w:r>
              <w:t>No</w:t>
            </w:r>
          </w:p>
        </w:tc>
        <w:tc>
          <w:tcPr>
            <w:tcW w:type="dxa" w:w="2880"/>
          </w:tcPr>
          <w:p>
            <w:r>
              <w:t>Uraian Kegiatan</w:t>
            </w:r>
          </w:p>
        </w:tc>
        <w:tc>
          <w:tcPr>
            <w:tcW w:type="dxa" w:w="2880"/>
          </w:tcPr>
          <w:p>
            <w:r>
              <w:t>Cek</w:t>
            </w:r>
          </w:p>
        </w:tc>
      </w:tr>
      <w:tr>
        <w:tc>
          <w:tcPr>
            <w:tcW w:type="dxa" w:w="2880"/>
          </w:tcPr>
          <w:p>
            <w:r>
              <w:t>1</w:t>
            </w:r>
          </w:p>
        </w:tc>
        <w:tc>
          <w:tcPr>
            <w:tcW w:type="dxa" w:w="2880"/>
          </w:tcPr>
          <w:p>
            <w:r>
              <w:t>SK pembimbing telah terbit</w:t>
            </w:r>
          </w:p>
        </w:tc>
        <w:tc>
          <w:tcPr>
            <w:tcW w:type="dxa" w:w="2880"/>
          </w:tcPr>
          <w:p>
            <w:r>
              <w:t>☐</w:t>
            </w:r>
          </w:p>
        </w:tc>
      </w:tr>
      <w:tr>
        <w:tc>
          <w:tcPr>
            <w:tcW w:type="dxa" w:w="2880"/>
          </w:tcPr>
          <w:p>
            <w:r>
              <w:t>2</w:t>
            </w:r>
          </w:p>
        </w:tc>
        <w:tc>
          <w:tcPr>
            <w:tcW w:type="dxa" w:w="2880"/>
          </w:tcPr>
          <w:p>
            <w:r>
              <w:t>Proposal disetujui pembimbing</w:t>
            </w:r>
          </w:p>
        </w:tc>
        <w:tc>
          <w:tcPr>
            <w:tcW w:type="dxa" w:w="2880"/>
          </w:tcPr>
          <w:p>
            <w:r>
              <w:t>☐</w:t>
            </w:r>
          </w:p>
        </w:tc>
      </w:tr>
      <w:tr>
        <w:tc>
          <w:tcPr>
            <w:tcW w:type="dxa" w:w="2880"/>
          </w:tcPr>
          <w:p>
            <w:r>
              <w:t>3</w:t>
            </w:r>
          </w:p>
        </w:tc>
        <w:tc>
          <w:tcPr>
            <w:tcW w:type="dxa" w:w="2880"/>
          </w:tcPr>
          <w:p>
            <w:r>
              <w:t>Surat izin penelitian dari kampus</w:t>
            </w:r>
          </w:p>
        </w:tc>
        <w:tc>
          <w:tcPr>
            <w:tcW w:type="dxa" w:w="2880"/>
          </w:tcPr>
          <w:p>
            <w:r>
              <w:t>☐</w:t>
            </w:r>
          </w:p>
        </w:tc>
      </w:tr>
      <w:tr>
        <w:tc>
          <w:tcPr>
            <w:tcW w:type="dxa" w:w="2880"/>
          </w:tcPr>
          <w:p>
            <w:r>
              <w:t>4</w:t>
            </w:r>
          </w:p>
        </w:tc>
        <w:tc>
          <w:tcPr>
            <w:tcW w:type="dxa" w:w="2880"/>
          </w:tcPr>
          <w:p>
            <w:r>
              <w:t>Surat izin penelitian dari instansi tujuan</w:t>
            </w:r>
          </w:p>
        </w:tc>
        <w:tc>
          <w:tcPr>
            <w:tcW w:type="dxa" w:w="2880"/>
          </w:tcPr>
          <w:p>
            <w:r>
              <w:t>☐</w:t>
            </w:r>
          </w:p>
        </w:tc>
      </w:tr>
      <w:tr>
        <w:tc>
          <w:tcPr>
            <w:tcW w:type="dxa" w:w="2880"/>
          </w:tcPr>
          <w:p>
            <w:r>
              <w:t>5</w:t>
            </w:r>
          </w:p>
        </w:tc>
        <w:tc>
          <w:tcPr>
            <w:tcW w:type="dxa" w:w="2880"/>
          </w:tcPr>
          <w:p>
            <w:r>
              <w:t>Instrumen penelitian disiapkan</w:t>
            </w:r>
          </w:p>
        </w:tc>
        <w:tc>
          <w:tcPr>
            <w:tcW w:type="dxa" w:w="2880"/>
          </w:tcPr>
          <w:p>
            <w:r>
              <w:t>☐</w:t>
            </w:r>
          </w:p>
        </w:tc>
      </w:tr>
      <w:tr>
        <w:tc>
          <w:tcPr>
            <w:tcW w:type="dxa" w:w="2880"/>
          </w:tcPr>
          <w:p>
            <w:r>
              <w:t>6</w:t>
            </w:r>
          </w:p>
        </w:tc>
        <w:tc>
          <w:tcPr>
            <w:tcW w:type="dxa" w:w="2880"/>
          </w:tcPr>
          <w:p>
            <w:r>
              <w:t>Jadwal penelitian disusun</w:t>
            </w:r>
          </w:p>
        </w:tc>
        <w:tc>
          <w:tcPr>
            <w:tcW w:type="dxa" w:w="2880"/>
          </w:tcPr>
          <w:p>
            <w:r>
              <w:t>☐</w:t>
            </w:r>
          </w:p>
        </w:tc>
      </w:tr>
    </w:tbl>
    <w:p/>
    <w:p>
      <w:pPr>
        <w:pStyle w:val="Heading2"/>
      </w:pPr>
      <w:r>
        <w:t>C. Tahap Pengumpulan Data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880"/>
        <w:gridCol w:w="2880"/>
        <w:gridCol w:w="2880"/>
      </w:tblGrid>
      <w:tr>
        <w:tc>
          <w:tcPr>
            <w:tcW w:type="dxa" w:w="2880"/>
          </w:tcPr>
          <w:p>
            <w:r>
              <w:t>No</w:t>
            </w:r>
          </w:p>
        </w:tc>
        <w:tc>
          <w:tcPr>
            <w:tcW w:type="dxa" w:w="2880"/>
          </w:tcPr>
          <w:p>
            <w:r>
              <w:t>Uraian Kegiatan</w:t>
            </w:r>
          </w:p>
        </w:tc>
        <w:tc>
          <w:tcPr>
            <w:tcW w:type="dxa" w:w="2880"/>
          </w:tcPr>
          <w:p>
            <w:r>
              <w:t>Cek</w:t>
            </w:r>
          </w:p>
        </w:tc>
      </w:tr>
      <w:tr>
        <w:tc>
          <w:tcPr>
            <w:tcW w:type="dxa" w:w="2880"/>
          </w:tcPr>
          <w:p>
            <w:r>
              <w:t>1</w:t>
            </w:r>
          </w:p>
        </w:tc>
        <w:tc>
          <w:tcPr>
            <w:tcW w:type="dxa" w:w="2880"/>
          </w:tcPr>
          <w:p>
            <w:r>
              <w:t>Identifikasi informan penelitian</w:t>
            </w:r>
          </w:p>
        </w:tc>
        <w:tc>
          <w:tcPr>
            <w:tcW w:type="dxa" w:w="2880"/>
          </w:tcPr>
          <w:p>
            <w:r>
              <w:t>☐</w:t>
            </w:r>
          </w:p>
        </w:tc>
      </w:tr>
      <w:tr>
        <w:tc>
          <w:tcPr>
            <w:tcW w:type="dxa" w:w="2880"/>
          </w:tcPr>
          <w:p>
            <w:r>
              <w:t>2</w:t>
            </w:r>
          </w:p>
        </w:tc>
        <w:tc>
          <w:tcPr>
            <w:tcW w:type="dxa" w:w="2880"/>
          </w:tcPr>
          <w:p>
            <w:r>
              <w:t>Pedoman wawancara disusun</w:t>
            </w:r>
          </w:p>
        </w:tc>
        <w:tc>
          <w:tcPr>
            <w:tcW w:type="dxa" w:w="2880"/>
          </w:tcPr>
          <w:p>
            <w:r>
              <w:t>☐</w:t>
            </w:r>
          </w:p>
        </w:tc>
      </w:tr>
      <w:tr>
        <w:tc>
          <w:tcPr>
            <w:tcW w:type="dxa" w:w="2880"/>
          </w:tcPr>
          <w:p>
            <w:r>
              <w:t>3</w:t>
            </w:r>
          </w:p>
        </w:tc>
        <w:tc>
          <w:tcPr>
            <w:tcW w:type="dxa" w:w="2880"/>
          </w:tcPr>
          <w:p>
            <w:r>
              <w:t>Daftar dokumen yang akan diteliti disusun</w:t>
            </w:r>
          </w:p>
        </w:tc>
        <w:tc>
          <w:tcPr>
            <w:tcW w:type="dxa" w:w="2880"/>
          </w:tcPr>
          <w:p>
            <w:r>
              <w:t>☐</w:t>
            </w:r>
          </w:p>
        </w:tc>
      </w:tr>
      <w:tr>
        <w:tc>
          <w:tcPr>
            <w:tcW w:type="dxa" w:w="2880"/>
          </w:tcPr>
          <w:p>
            <w:r>
              <w:t>4</w:t>
            </w:r>
          </w:p>
        </w:tc>
        <w:tc>
          <w:tcPr>
            <w:tcW w:type="dxa" w:w="2880"/>
          </w:tcPr>
          <w:p>
            <w:r>
              <w:t>Melakukan wawancara dengan informan utama</w:t>
            </w:r>
          </w:p>
        </w:tc>
        <w:tc>
          <w:tcPr>
            <w:tcW w:type="dxa" w:w="2880"/>
          </w:tcPr>
          <w:p>
            <w:r>
              <w:t>☐</w:t>
            </w:r>
          </w:p>
        </w:tc>
      </w:tr>
      <w:tr>
        <w:tc>
          <w:tcPr>
            <w:tcW w:type="dxa" w:w="2880"/>
          </w:tcPr>
          <w:p>
            <w:r>
              <w:t>5</w:t>
            </w:r>
          </w:p>
        </w:tc>
        <w:tc>
          <w:tcPr>
            <w:tcW w:type="dxa" w:w="2880"/>
          </w:tcPr>
          <w:p>
            <w:r>
              <w:t>Melakukan wawancara dengan informan pendukung</w:t>
            </w:r>
          </w:p>
        </w:tc>
        <w:tc>
          <w:tcPr>
            <w:tcW w:type="dxa" w:w="2880"/>
          </w:tcPr>
          <w:p>
            <w:r>
              <w:t>☐</w:t>
            </w:r>
          </w:p>
        </w:tc>
      </w:tr>
      <w:tr>
        <w:tc>
          <w:tcPr>
            <w:tcW w:type="dxa" w:w="2880"/>
          </w:tcPr>
          <w:p>
            <w:r>
              <w:t>6</w:t>
            </w:r>
          </w:p>
        </w:tc>
        <w:tc>
          <w:tcPr>
            <w:tcW w:type="dxa" w:w="2880"/>
          </w:tcPr>
          <w:p>
            <w:r>
              <w:t>Mengumpulkan dokumen pendukung</w:t>
            </w:r>
          </w:p>
        </w:tc>
        <w:tc>
          <w:tcPr>
            <w:tcW w:type="dxa" w:w="2880"/>
          </w:tcPr>
          <w:p>
            <w:r>
              <w:t>☐</w:t>
            </w:r>
          </w:p>
        </w:tc>
      </w:tr>
      <w:tr>
        <w:tc>
          <w:tcPr>
            <w:tcW w:type="dxa" w:w="2880"/>
          </w:tcPr>
          <w:p>
            <w:r>
              <w:t>7</w:t>
            </w:r>
          </w:p>
        </w:tc>
        <w:tc>
          <w:tcPr>
            <w:tcW w:type="dxa" w:w="2880"/>
          </w:tcPr>
          <w:p>
            <w:r>
              <w:t>Mengumpulkan data peraturan perundang-undangan</w:t>
            </w:r>
          </w:p>
        </w:tc>
        <w:tc>
          <w:tcPr>
            <w:tcW w:type="dxa" w:w="2880"/>
          </w:tcPr>
          <w:p>
            <w:r>
              <w:t>☐</w:t>
            </w:r>
          </w:p>
        </w:tc>
      </w:tr>
      <w:tr>
        <w:tc>
          <w:tcPr>
            <w:tcW w:type="dxa" w:w="2880"/>
          </w:tcPr>
          <w:p>
            <w:r>
              <w:t>8</w:t>
            </w:r>
          </w:p>
        </w:tc>
        <w:tc>
          <w:tcPr>
            <w:tcW w:type="dxa" w:w="2880"/>
          </w:tcPr>
          <w:p>
            <w:r>
              <w:t>Mengumpulkan data putusan/kasus terkait</w:t>
            </w:r>
          </w:p>
        </w:tc>
        <w:tc>
          <w:tcPr>
            <w:tcW w:type="dxa" w:w="2880"/>
          </w:tcPr>
          <w:p>
            <w:r>
              <w:t>☐</w:t>
            </w:r>
          </w:p>
        </w:tc>
      </w:tr>
      <w:tr>
        <w:tc>
          <w:tcPr>
            <w:tcW w:type="dxa" w:w="2880"/>
          </w:tcPr>
          <w:p>
            <w:r>
              <w:t>9</w:t>
            </w:r>
          </w:p>
        </w:tc>
        <w:tc>
          <w:tcPr>
            <w:tcW w:type="dxa" w:w="2880"/>
          </w:tcPr>
          <w:p>
            <w:r>
              <w:t>Membuat catatan lapangan</w:t>
            </w:r>
          </w:p>
        </w:tc>
        <w:tc>
          <w:tcPr>
            <w:tcW w:type="dxa" w:w="2880"/>
          </w:tcPr>
          <w:p>
            <w:r>
              <w:t>☐</w:t>
            </w:r>
          </w:p>
        </w:tc>
      </w:tr>
    </w:tbl>
    <w:p/>
    <w:p>
      <w:pPr>
        <w:pStyle w:val="Heading2"/>
      </w:pPr>
      <w:r>
        <w:t>D. Tahap Analisis Data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880"/>
        <w:gridCol w:w="2880"/>
        <w:gridCol w:w="2880"/>
      </w:tblGrid>
      <w:tr>
        <w:tc>
          <w:tcPr>
            <w:tcW w:type="dxa" w:w="2880"/>
          </w:tcPr>
          <w:p>
            <w:r>
              <w:t>No</w:t>
            </w:r>
          </w:p>
        </w:tc>
        <w:tc>
          <w:tcPr>
            <w:tcW w:type="dxa" w:w="2880"/>
          </w:tcPr>
          <w:p>
            <w:r>
              <w:t>Uraian Kegiatan</w:t>
            </w:r>
          </w:p>
        </w:tc>
        <w:tc>
          <w:tcPr>
            <w:tcW w:type="dxa" w:w="2880"/>
          </w:tcPr>
          <w:p>
            <w:r>
              <w:t>Cek</w:t>
            </w:r>
          </w:p>
        </w:tc>
      </w:tr>
      <w:tr>
        <w:tc>
          <w:tcPr>
            <w:tcW w:type="dxa" w:w="2880"/>
          </w:tcPr>
          <w:p>
            <w:r>
              <w:t>1</w:t>
            </w:r>
          </w:p>
        </w:tc>
        <w:tc>
          <w:tcPr>
            <w:tcW w:type="dxa" w:w="2880"/>
          </w:tcPr>
          <w:p>
            <w:r>
              <w:t>Data wawancara ditranskrip</w:t>
            </w:r>
          </w:p>
        </w:tc>
        <w:tc>
          <w:tcPr>
            <w:tcW w:type="dxa" w:w="2880"/>
          </w:tcPr>
          <w:p>
            <w:r>
              <w:t>☐</w:t>
            </w:r>
          </w:p>
        </w:tc>
      </w:tr>
      <w:tr>
        <w:tc>
          <w:tcPr>
            <w:tcW w:type="dxa" w:w="2880"/>
          </w:tcPr>
          <w:p>
            <w:r>
              <w:t>2</w:t>
            </w:r>
          </w:p>
        </w:tc>
        <w:tc>
          <w:tcPr>
            <w:tcW w:type="dxa" w:w="2880"/>
          </w:tcPr>
          <w:p>
            <w:r>
              <w:t>Data diklasifikasikan sesuai tema</w:t>
            </w:r>
          </w:p>
        </w:tc>
        <w:tc>
          <w:tcPr>
            <w:tcW w:type="dxa" w:w="2880"/>
          </w:tcPr>
          <w:p>
            <w:r>
              <w:t>☐</w:t>
            </w:r>
          </w:p>
        </w:tc>
      </w:tr>
      <w:tr>
        <w:tc>
          <w:tcPr>
            <w:tcW w:type="dxa" w:w="2880"/>
          </w:tcPr>
          <w:p>
            <w:r>
              <w:t>3</w:t>
            </w:r>
          </w:p>
        </w:tc>
        <w:tc>
          <w:tcPr>
            <w:tcW w:type="dxa" w:w="2880"/>
          </w:tcPr>
          <w:p>
            <w:r>
              <w:t>Analisis berdasarkan teori yang digunakan</w:t>
            </w:r>
          </w:p>
        </w:tc>
        <w:tc>
          <w:tcPr>
            <w:tcW w:type="dxa" w:w="2880"/>
          </w:tcPr>
          <w:p>
            <w:r>
              <w:t>☐</w:t>
            </w:r>
          </w:p>
        </w:tc>
      </w:tr>
      <w:tr>
        <w:tc>
          <w:tcPr>
            <w:tcW w:type="dxa" w:w="2880"/>
          </w:tcPr>
          <w:p>
            <w:r>
              <w:t>4</w:t>
            </w:r>
          </w:p>
        </w:tc>
        <w:tc>
          <w:tcPr>
            <w:tcW w:type="dxa" w:w="2880"/>
          </w:tcPr>
          <w:p>
            <w:r>
              <w:t>Analisis berdasarkan peraturan perundang-undangan</w:t>
            </w:r>
          </w:p>
        </w:tc>
        <w:tc>
          <w:tcPr>
            <w:tcW w:type="dxa" w:w="2880"/>
          </w:tcPr>
          <w:p>
            <w:r>
              <w:t>☐</w:t>
            </w:r>
          </w:p>
        </w:tc>
      </w:tr>
      <w:tr>
        <w:tc>
          <w:tcPr>
            <w:tcW w:type="dxa" w:w="2880"/>
          </w:tcPr>
          <w:p>
            <w:r>
              <w:t>5</w:t>
            </w:r>
          </w:p>
        </w:tc>
        <w:tc>
          <w:tcPr>
            <w:tcW w:type="dxa" w:w="2880"/>
          </w:tcPr>
          <w:p>
            <w:r>
              <w:t>Melakukan triangulasi data</w:t>
            </w:r>
          </w:p>
        </w:tc>
        <w:tc>
          <w:tcPr>
            <w:tcW w:type="dxa" w:w="2880"/>
          </w:tcPr>
          <w:p>
            <w:r>
              <w:t>☐</w:t>
            </w:r>
          </w:p>
        </w:tc>
      </w:tr>
      <w:tr>
        <w:tc>
          <w:tcPr>
            <w:tcW w:type="dxa" w:w="2880"/>
          </w:tcPr>
          <w:p>
            <w:r>
              <w:t>6</w:t>
            </w:r>
          </w:p>
        </w:tc>
        <w:tc>
          <w:tcPr>
            <w:tcW w:type="dxa" w:w="2880"/>
          </w:tcPr>
          <w:p>
            <w:r>
              <w:t>Menyusun temuan penelitian</w:t>
            </w:r>
          </w:p>
        </w:tc>
        <w:tc>
          <w:tcPr>
            <w:tcW w:type="dxa" w:w="2880"/>
          </w:tcPr>
          <w:p>
            <w:r>
              <w:t>☐</w:t>
            </w:r>
          </w:p>
        </w:tc>
      </w:tr>
    </w:tbl>
    <w:p/>
    <w:p>
      <w:pPr>
        <w:pStyle w:val="Heading2"/>
      </w:pPr>
      <w:r>
        <w:t>E. Tahap Penulisan Tesis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880"/>
        <w:gridCol w:w="2880"/>
        <w:gridCol w:w="2880"/>
      </w:tblGrid>
      <w:tr>
        <w:tc>
          <w:tcPr>
            <w:tcW w:type="dxa" w:w="2880"/>
          </w:tcPr>
          <w:p>
            <w:r>
              <w:t>No</w:t>
            </w:r>
          </w:p>
        </w:tc>
        <w:tc>
          <w:tcPr>
            <w:tcW w:type="dxa" w:w="2880"/>
          </w:tcPr>
          <w:p>
            <w:r>
              <w:t>Uraian Kegiatan</w:t>
            </w:r>
          </w:p>
        </w:tc>
        <w:tc>
          <w:tcPr>
            <w:tcW w:type="dxa" w:w="2880"/>
          </w:tcPr>
          <w:p>
            <w:r>
              <w:t>Cek</w:t>
            </w:r>
          </w:p>
        </w:tc>
      </w:tr>
      <w:tr>
        <w:tc>
          <w:tcPr>
            <w:tcW w:type="dxa" w:w="2880"/>
          </w:tcPr>
          <w:p>
            <w:r>
              <w:t>1</w:t>
            </w:r>
          </w:p>
        </w:tc>
        <w:tc>
          <w:tcPr>
            <w:tcW w:type="dxa" w:w="2880"/>
          </w:tcPr>
          <w:p>
            <w:r>
              <w:t>BAB I Pendahuluan selesai</w:t>
            </w:r>
          </w:p>
        </w:tc>
        <w:tc>
          <w:tcPr>
            <w:tcW w:type="dxa" w:w="2880"/>
          </w:tcPr>
          <w:p>
            <w:r>
              <w:t>☐</w:t>
            </w:r>
          </w:p>
        </w:tc>
      </w:tr>
      <w:tr>
        <w:tc>
          <w:tcPr>
            <w:tcW w:type="dxa" w:w="2880"/>
          </w:tcPr>
          <w:p>
            <w:r>
              <w:t>2</w:t>
            </w:r>
          </w:p>
        </w:tc>
        <w:tc>
          <w:tcPr>
            <w:tcW w:type="dxa" w:w="2880"/>
          </w:tcPr>
          <w:p>
            <w:r>
              <w:t>BAB II Tinjauan Pustaka selesai</w:t>
            </w:r>
          </w:p>
        </w:tc>
        <w:tc>
          <w:tcPr>
            <w:tcW w:type="dxa" w:w="2880"/>
          </w:tcPr>
          <w:p>
            <w:r>
              <w:t>☐</w:t>
            </w:r>
          </w:p>
        </w:tc>
      </w:tr>
      <w:tr>
        <w:tc>
          <w:tcPr>
            <w:tcW w:type="dxa" w:w="2880"/>
          </w:tcPr>
          <w:p>
            <w:r>
              <w:t>3</w:t>
            </w:r>
          </w:p>
        </w:tc>
        <w:tc>
          <w:tcPr>
            <w:tcW w:type="dxa" w:w="2880"/>
          </w:tcPr>
          <w:p>
            <w:r>
              <w:t>BAB III Metode Penelitian selesai</w:t>
            </w:r>
          </w:p>
        </w:tc>
        <w:tc>
          <w:tcPr>
            <w:tcW w:type="dxa" w:w="2880"/>
          </w:tcPr>
          <w:p>
            <w:r>
              <w:t>☐</w:t>
            </w:r>
          </w:p>
        </w:tc>
      </w:tr>
      <w:tr>
        <w:tc>
          <w:tcPr>
            <w:tcW w:type="dxa" w:w="2880"/>
          </w:tcPr>
          <w:p>
            <w:r>
              <w:t>4</w:t>
            </w:r>
          </w:p>
        </w:tc>
        <w:tc>
          <w:tcPr>
            <w:tcW w:type="dxa" w:w="2880"/>
          </w:tcPr>
          <w:p>
            <w:r>
              <w:t>BAB IV Hasil dan Pembahasan selesai</w:t>
            </w:r>
          </w:p>
        </w:tc>
        <w:tc>
          <w:tcPr>
            <w:tcW w:type="dxa" w:w="2880"/>
          </w:tcPr>
          <w:p>
            <w:r>
              <w:t>☐</w:t>
            </w:r>
          </w:p>
        </w:tc>
      </w:tr>
      <w:tr>
        <w:tc>
          <w:tcPr>
            <w:tcW w:type="dxa" w:w="2880"/>
          </w:tcPr>
          <w:p>
            <w:r>
              <w:t>5</w:t>
            </w:r>
          </w:p>
        </w:tc>
        <w:tc>
          <w:tcPr>
            <w:tcW w:type="dxa" w:w="2880"/>
          </w:tcPr>
          <w:p>
            <w:r>
              <w:t>BAB V Penutup selesai</w:t>
            </w:r>
          </w:p>
        </w:tc>
        <w:tc>
          <w:tcPr>
            <w:tcW w:type="dxa" w:w="2880"/>
          </w:tcPr>
          <w:p>
            <w:r>
              <w:t>☐</w:t>
            </w:r>
          </w:p>
        </w:tc>
      </w:tr>
      <w:tr>
        <w:tc>
          <w:tcPr>
            <w:tcW w:type="dxa" w:w="2880"/>
          </w:tcPr>
          <w:p>
            <w:r>
              <w:t>6</w:t>
            </w:r>
          </w:p>
        </w:tc>
        <w:tc>
          <w:tcPr>
            <w:tcW w:type="dxa" w:w="2880"/>
          </w:tcPr>
          <w:p>
            <w:r>
              <w:t>Daftar pustaka lengkap</w:t>
            </w:r>
          </w:p>
        </w:tc>
        <w:tc>
          <w:tcPr>
            <w:tcW w:type="dxa" w:w="2880"/>
          </w:tcPr>
          <w:p>
            <w:r>
              <w:t>☐</w:t>
            </w:r>
          </w:p>
        </w:tc>
      </w:tr>
      <w:tr>
        <w:tc>
          <w:tcPr>
            <w:tcW w:type="dxa" w:w="2880"/>
          </w:tcPr>
          <w:p>
            <w:r>
              <w:t>7</w:t>
            </w:r>
          </w:p>
        </w:tc>
        <w:tc>
          <w:tcPr>
            <w:tcW w:type="dxa" w:w="2880"/>
          </w:tcPr>
          <w:p>
            <w:r>
              <w:t>Lampiran lengkap</w:t>
            </w:r>
          </w:p>
        </w:tc>
        <w:tc>
          <w:tcPr>
            <w:tcW w:type="dxa" w:w="2880"/>
          </w:tcPr>
          <w:p>
            <w:r>
              <w:t>☐</w:t>
            </w:r>
          </w:p>
        </w:tc>
      </w:tr>
      <w:tr>
        <w:tc>
          <w:tcPr>
            <w:tcW w:type="dxa" w:w="2880"/>
          </w:tcPr>
          <w:p>
            <w:r>
              <w:t>8</w:t>
            </w:r>
          </w:p>
        </w:tc>
        <w:tc>
          <w:tcPr>
            <w:tcW w:type="dxa" w:w="2880"/>
          </w:tcPr>
          <w:p>
            <w:r>
              <w:t>Sitasi dan referensi diperiksa</w:t>
            </w:r>
          </w:p>
        </w:tc>
        <w:tc>
          <w:tcPr>
            <w:tcW w:type="dxa" w:w="2880"/>
          </w:tcPr>
          <w:p>
            <w:r>
              <w:t>☐</w:t>
            </w:r>
          </w:p>
        </w:tc>
      </w:tr>
    </w:tbl>
    <w:p/>
    <w:p>
      <w:pPr>
        <w:pStyle w:val="Heading2"/>
      </w:pPr>
      <w:r>
        <w:t>F. Tahap Ujian Tesis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880"/>
        <w:gridCol w:w="2880"/>
        <w:gridCol w:w="2880"/>
      </w:tblGrid>
      <w:tr>
        <w:tc>
          <w:tcPr>
            <w:tcW w:type="dxa" w:w="2880"/>
          </w:tcPr>
          <w:p>
            <w:r>
              <w:t>No</w:t>
            </w:r>
          </w:p>
        </w:tc>
        <w:tc>
          <w:tcPr>
            <w:tcW w:type="dxa" w:w="2880"/>
          </w:tcPr>
          <w:p>
            <w:r>
              <w:t>Uraian Kegiatan</w:t>
            </w:r>
          </w:p>
        </w:tc>
        <w:tc>
          <w:tcPr>
            <w:tcW w:type="dxa" w:w="2880"/>
          </w:tcPr>
          <w:p>
            <w:r>
              <w:t>Cek</w:t>
            </w:r>
          </w:p>
        </w:tc>
      </w:tr>
      <w:tr>
        <w:tc>
          <w:tcPr>
            <w:tcW w:type="dxa" w:w="2880"/>
          </w:tcPr>
          <w:p>
            <w:r>
              <w:t>1</w:t>
            </w:r>
          </w:p>
        </w:tc>
        <w:tc>
          <w:tcPr>
            <w:tcW w:type="dxa" w:w="2880"/>
          </w:tcPr>
          <w:p>
            <w:r>
              <w:t>Naskah disetujui pembimbing</w:t>
            </w:r>
          </w:p>
        </w:tc>
        <w:tc>
          <w:tcPr>
            <w:tcW w:type="dxa" w:w="2880"/>
          </w:tcPr>
          <w:p>
            <w:r>
              <w:t>☐</w:t>
            </w:r>
          </w:p>
        </w:tc>
      </w:tr>
      <w:tr>
        <w:tc>
          <w:tcPr>
            <w:tcW w:type="dxa" w:w="2880"/>
          </w:tcPr>
          <w:p>
            <w:r>
              <w:t>2</w:t>
            </w:r>
          </w:p>
        </w:tc>
        <w:tc>
          <w:tcPr>
            <w:tcW w:type="dxa" w:w="2880"/>
          </w:tcPr>
          <w:p>
            <w:r>
              <w:t>Cek plagiasi selesai</w:t>
            </w:r>
          </w:p>
        </w:tc>
        <w:tc>
          <w:tcPr>
            <w:tcW w:type="dxa" w:w="2880"/>
          </w:tcPr>
          <w:p>
            <w:r>
              <w:t>☐</w:t>
            </w:r>
          </w:p>
        </w:tc>
      </w:tr>
      <w:tr>
        <w:tc>
          <w:tcPr>
            <w:tcW w:type="dxa" w:w="2880"/>
          </w:tcPr>
          <w:p>
            <w:r>
              <w:t>3</w:t>
            </w:r>
          </w:p>
        </w:tc>
        <w:tc>
          <w:tcPr>
            <w:tcW w:type="dxa" w:w="2880"/>
          </w:tcPr>
          <w:p>
            <w:r>
              <w:t>Persyaratan administrasi ujian lengkap</w:t>
            </w:r>
          </w:p>
        </w:tc>
        <w:tc>
          <w:tcPr>
            <w:tcW w:type="dxa" w:w="2880"/>
          </w:tcPr>
          <w:p>
            <w:r>
              <w:t>☐</w:t>
            </w:r>
          </w:p>
        </w:tc>
      </w:tr>
      <w:tr>
        <w:tc>
          <w:tcPr>
            <w:tcW w:type="dxa" w:w="2880"/>
          </w:tcPr>
          <w:p>
            <w:r>
              <w:t>4</w:t>
            </w:r>
          </w:p>
        </w:tc>
        <w:tc>
          <w:tcPr>
            <w:tcW w:type="dxa" w:w="2880"/>
          </w:tcPr>
          <w:p>
            <w:r>
              <w:t>Mendaftar ujian tesis</w:t>
            </w:r>
          </w:p>
        </w:tc>
        <w:tc>
          <w:tcPr>
            <w:tcW w:type="dxa" w:w="2880"/>
          </w:tcPr>
          <w:p>
            <w:r>
              <w:t>☐</w:t>
            </w:r>
          </w:p>
        </w:tc>
      </w:tr>
      <w:tr>
        <w:tc>
          <w:tcPr>
            <w:tcW w:type="dxa" w:w="2880"/>
          </w:tcPr>
          <w:p>
            <w:r>
              <w:t>5</w:t>
            </w:r>
          </w:p>
        </w:tc>
        <w:tc>
          <w:tcPr>
            <w:tcW w:type="dxa" w:w="2880"/>
          </w:tcPr>
          <w:p>
            <w:r>
              <w:t>Menyiapkan bahan presentasi</w:t>
            </w:r>
          </w:p>
        </w:tc>
        <w:tc>
          <w:tcPr>
            <w:tcW w:type="dxa" w:w="2880"/>
          </w:tcPr>
          <w:p>
            <w:r>
              <w:t>☐</w:t>
            </w:r>
          </w:p>
        </w:tc>
      </w:tr>
      <w:tr>
        <w:tc>
          <w:tcPr>
            <w:tcW w:type="dxa" w:w="2880"/>
          </w:tcPr>
          <w:p>
            <w:r>
              <w:t>6</w:t>
            </w:r>
          </w:p>
        </w:tc>
        <w:tc>
          <w:tcPr>
            <w:tcW w:type="dxa" w:w="2880"/>
          </w:tcPr>
          <w:p>
            <w:r>
              <w:t>Gladi presentasi ujian</w:t>
            </w:r>
          </w:p>
        </w:tc>
        <w:tc>
          <w:tcPr>
            <w:tcW w:type="dxa" w:w="2880"/>
          </w:tcPr>
          <w:p>
            <w:r>
              <w:t>☐</w:t>
            </w:r>
          </w:p>
        </w:tc>
      </w:tr>
    </w:tbl>
    <w:p/>
    <w:p>
      <w:pPr>
        <w:pStyle w:val="Heading2"/>
      </w:pPr>
      <w:r>
        <w:t>G. Tahap Pascaujian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880"/>
        <w:gridCol w:w="2880"/>
        <w:gridCol w:w="2880"/>
      </w:tblGrid>
      <w:tr>
        <w:tc>
          <w:tcPr>
            <w:tcW w:type="dxa" w:w="2880"/>
          </w:tcPr>
          <w:p>
            <w:r>
              <w:t>No</w:t>
            </w:r>
          </w:p>
        </w:tc>
        <w:tc>
          <w:tcPr>
            <w:tcW w:type="dxa" w:w="2880"/>
          </w:tcPr>
          <w:p>
            <w:r>
              <w:t>Uraian Kegiatan</w:t>
            </w:r>
          </w:p>
        </w:tc>
        <w:tc>
          <w:tcPr>
            <w:tcW w:type="dxa" w:w="2880"/>
          </w:tcPr>
          <w:p>
            <w:r>
              <w:t>Cek</w:t>
            </w:r>
          </w:p>
        </w:tc>
      </w:tr>
      <w:tr>
        <w:tc>
          <w:tcPr>
            <w:tcW w:type="dxa" w:w="2880"/>
          </w:tcPr>
          <w:p>
            <w:r>
              <w:t>1</w:t>
            </w:r>
          </w:p>
        </w:tc>
        <w:tc>
          <w:tcPr>
            <w:tcW w:type="dxa" w:w="2880"/>
          </w:tcPr>
          <w:p>
            <w:r>
              <w:t>Melakukan revisi hasil ujian</w:t>
            </w:r>
          </w:p>
        </w:tc>
        <w:tc>
          <w:tcPr>
            <w:tcW w:type="dxa" w:w="2880"/>
          </w:tcPr>
          <w:p>
            <w:r>
              <w:t>☐</w:t>
            </w:r>
          </w:p>
        </w:tc>
      </w:tr>
      <w:tr>
        <w:tc>
          <w:tcPr>
            <w:tcW w:type="dxa" w:w="2880"/>
          </w:tcPr>
          <w:p>
            <w:r>
              <w:t>2</w:t>
            </w:r>
          </w:p>
        </w:tc>
        <w:tc>
          <w:tcPr>
            <w:tcW w:type="dxa" w:w="2880"/>
          </w:tcPr>
          <w:p>
            <w:r>
              <w:t>Mendapat persetujuan revisi pembimbing</w:t>
            </w:r>
          </w:p>
        </w:tc>
        <w:tc>
          <w:tcPr>
            <w:tcW w:type="dxa" w:w="2880"/>
          </w:tcPr>
          <w:p>
            <w:r>
              <w:t>☐</w:t>
            </w:r>
          </w:p>
        </w:tc>
      </w:tr>
      <w:tr>
        <w:tc>
          <w:tcPr>
            <w:tcW w:type="dxa" w:w="2880"/>
          </w:tcPr>
          <w:p>
            <w:r>
              <w:t>3</w:t>
            </w:r>
          </w:p>
        </w:tc>
        <w:tc>
          <w:tcPr>
            <w:tcW w:type="dxa" w:w="2880"/>
          </w:tcPr>
          <w:p>
            <w:r>
              <w:t>Mengumpulkan tesis final</w:t>
            </w:r>
          </w:p>
        </w:tc>
        <w:tc>
          <w:tcPr>
            <w:tcW w:type="dxa" w:w="2880"/>
          </w:tcPr>
          <w:p>
            <w:r>
              <w:t>☐</w:t>
            </w:r>
          </w:p>
        </w:tc>
      </w:tr>
      <w:tr>
        <w:tc>
          <w:tcPr>
            <w:tcW w:type="dxa" w:w="2880"/>
          </w:tcPr>
          <w:p>
            <w:r>
              <w:t>4</w:t>
            </w:r>
          </w:p>
        </w:tc>
        <w:tc>
          <w:tcPr>
            <w:tcW w:type="dxa" w:w="2880"/>
          </w:tcPr>
          <w:p>
            <w:r>
              <w:t>Mengunggah repository kampus</w:t>
            </w:r>
          </w:p>
        </w:tc>
        <w:tc>
          <w:tcPr>
            <w:tcW w:type="dxa" w:w="2880"/>
          </w:tcPr>
          <w:p>
            <w:r>
              <w:t>☐</w:t>
            </w:r>
          </w:p>
        </w:tc>
      </w:tr>
      <w:tr>
        <w:tc>
          <w:tcPr>
            <w:tcW w:type="dxa" w:w="2880"/>
          </w:tcPr>
          <w:p>
            <w:r>
              <w:t>5</w:t>
            </w:r>
          </w:p>
        </w:tc>
        <w:tc>
          <w:tcPr>
            <w:tcW w:type="dxa" w:w="2880"/>
          </w:tcPr>
          <w:p>
            <w:r>
              <w:t>Mengurus surat keterangan lulus</w:t>
            </w:r>
          </w:p>
        </w:tc>
        <w:tc>
          <w:tcPr>
            <w:tcW w:type="dxa" w:w="2880"/>
          </w:tcPr>
          <w:p>
            <w:r>
              <w:t>☐</w:t>
            </w:r>
          </w:p>
        </w:tc>
      </w:tr>
    </w:tbl>
    <w:p/>
    <w:sectPr w:rsidR="00FC693F" w:rsidRPr="0006063C" w:rsidSect="00034616">
      <w:headerReference w:type="default" r:id="rId9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  <w:r>
      <w:t>CHECKLIST PENELITIAN TESIS S2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